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THATCHED test document: Office Notice</w:t>
      </w:r>
    </w:p>
    <w:p>
      <w:r>
        <w:t>This notice is a sample document made only for testing. It contains</w:t>
      </w:r>
    </w:p>
    <w:p>
      <w:r>
        <w:t>no personal details of any person.</w:t>
      </w:r>
    </w:p>
    <w:p>
      <w:r>
        <w:t>An office meeting will be held in the last week of this month. All</w:t>
      </w:r>
    </w:p>
    <w:p>
      <w:r>
        <w:t>members should attend on time.</w:t>
      </w:r>
    </w:p>
    <w:p>
      <w:r>
        <w:t>Serial No. Item Date 1 Meeting 25 October 2 Report 30 October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