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वन ाटन६०0 ६€5१ त०८पाा€ाा: कार्यालय सूचना</w:t>
      </w:r>
    </w:p>
    <w:p>
      <w:r>
        <w:t>यह सूचना केवल जांच के लिए बनाया गया नमूना दस्तावेज़ है। इसमें किसी व्यक्ति की निजी जानकारी नहीं है।</w:t>
      </w:r>
    </w:p>
    <w:p>
      <w:r>
        <w:t>इस महीने के अंतिम सप्ताह में कार्यालय की बैठक होगी। सभी सदस्य समय पर उपस्थित हों।</w:t>
      </w:r>
    </w:p>
    <w:p>
      <w:r>
        <w:t>खमसंदा संख्या विषय तारीख</w:t>
      </w:r>
    </w:p>
    <w:p>
      <w:r>
        <w:t>| बैठक 25 अक्टूबर</w:t>
      </w:r>
    </w:p>
    <w:p>
      <w:r>
        <w:t>2 रिपोर्ट 30 अक्टूबर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