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7114761౯౬౦ (656 1౦06౬౧౧ 6౭|౧౬౯ కార్యాలయ నోటీసు</w:t>
      </w:r>
    </w:p>
    <w:p>
      <w:r>
        <w:t>ఈ నోటీసు కేవలం పరీక్ష కోసం తయారు చేసిన నమూనా పత్రం. ఇందులో ఎవరి వ్యక్తిగత వివరాలు లేవు.</w:t>
      </w:r>
    </w:p>
    <w:p>
      <w:r>
        <w:t>ఈ నెల చివరి వారంలో కార్యాలయ సమావేశం జరుగుతుంది. సభ్యులందరూ సమయానికి హాజరు కావాలి.</w:t>
      </w:r>
    </w:p>
    <w:p>
      <w:r>
        <w:t>క్రమ సంఖ్య అంశం తేదీ</w:t>
      </w:r>
    </w:p>
    <w:p>
      <w:r>
        <w:t>(1 సమావేశం 25 అక్టోబర్</w:t>
      </w:r>
    </w:p>
    <w:p>
      <w:r>
        <w:t>2 నివేదిక 30 అక్టోబర్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